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9A4F" w14:textId="77777777" w:rsidR="00354F16" w:rsidRDefault="00000000">
      <w:pPr>
        <w:jc w:val="center"/>
      </w:pPr>
      <w:r>
        <w:rPr>
          <w:b/>
          <w:sz w:val="40"/>
        </w:rPr>
        <w:t>KoruCare Workforce Solutions</w:t>
      </w:r>
      <w:r>
        <w:rPr>
          <w:b/>
          <w:sz w:val="40"/>
        </w:rPr>
        <w:br/>
      </w:r>
      <w:r>
        <w:rPr>
          <w:b/>
          <w:sz w:val="32"/>
        </w:rPr>
        <w:t>PROFESSIONAL INCIDENT REPORT FORM</w:t>
      </w:r>
    </w:p>
    <w:p w14:paraId="1996C6E2" w14:textId="77777777" w:rsidR="00354F16" w:rsidRDefault="00354F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54F16" w14:paraId="5AB68863" w14:textId="77777777">
        <w:tc>
          <w:tcPr>
            <w:tcW w:w="2160" w:type="dxa"/>
          </w:tcPr>
          <w:p w14:paraId="48587B15" w14:textId="77777777" w:rsidR="00354F16" w:rsidRDefault="00000000">
            <w:r>
              <w:t>Incident ID</w:t>
            </w:r>
          </w:p>
        </w:tc>
        <w:tc>
          <w:tcPr>
            <w:tcW w:w="2160" w:type="dxa"/>
          </w:tcPr>
          <w:p w14:paraId="0576AA33" w14:textId="77777777" w:rsidR="00354F16" w:rsidRDefault="00354F16"/>
        </w:tc>
        <w:tc>
          <w:tcPr>
            <w:tcW w:w="2160" w:type="dxa"/>
          </w:tcPr>
          <w:p w14:paraId="346C2AA3" w14:textId="77777777" w:rsidR="00354F16" w:rsidRDefault="00000000">
            <w:r>
              <w:t>Date</w:t>
            </w:r>
          </w:p>
        </w:tc>
        <w:tc>
          <w:tcPr>
            <w:tcW w:w="2160" w:type="dxa"/>
          </w:tcPr>
          <w:p w14:paraId="34AC8D53" w14:textId="77777777" w:rsidR="00354F16" w:rsidRDefault="00354F16"/>
        </w:tc>
      </w:tr>
      <w:tr w:rsidR="00354F16" w14:paraId="43ECAA6B" w14:textId="77777777">
        <w:tc>
          <w:tcPr>
            <w:tcW w:w="2160" w:type="dxa"/>
          </w:tcPr>
          <w:p w14:paraId="279B12A3" w14:textId="77777777" w:rsidR="00354F16" w:rsidRDefault="00000000">
            <w:r>
              <w:t>Time</w:t>
            </w:r>
          </w:p>
        </w:tc>
        <w:tc>
          <w:tcPr>
            <w:tcW w:w="2160" w:type="dxa"/>
          </w:tcPr>
          <w:p w14:paraId="0326B46F" w14:textId="77777777" w:rsidR="00354F16" w:rsidRDefault="00354F16"/>
        </w:tc>
        <w:tc>
          <w:tcPr>
            <w:tcW w:w="2160" w:type="dxa"/>
          </w:tcPr>
          <w:p w14:paraId="7EE4C928" w14:textId="77777777" w:rsidR="00354F16" w:rsidRDefault="00000000">
            <w:r>
              <w:t>Location / Facility</w:t>
            </w:r>
          </w:p>
        </w:tc>
        <w:tc>
          <w:tcPr>
            <w:tcW w:w="2160" w:type="dxa"/>
          </w:tcPr>
          <w:p w14:paraId="2A0604A3" w14:textId="77777777" w:rsidR="00354F16" w:rsidRDefault="00354F16"/>
        </w:tc>
      </w:tr>
      <w:tr w:rsidR="00354F16" w14:paraId="01B963BD" w14:textId="77777777">
        <w:tc>
          <w:tcPr>
            <w:tcW w:w="2160" w:type="dxa"/>
          </w:tcPr>
          <w:p w14:paraId="6952B677" w14:textId="77777777" w:rsidR="00354F16" w:rsidRDefault="00000000">
            <w:r>
              <w:t>Client / Patient</w:t>
            </w:r>
          </w:p>
        </w:tc>
        <w:tc>
          <w:tcPr>
            <w:tcW w:w="2160" w:type="dxa"/>
          </w:tcPr>
          <w:p w14:paraId="252EED24" w14:textId="77777777" w:rsidR="00354F16" w:rsidRDefault="00354F16"/>
        </w:tc>
        <w:tc>
          <w:tcPr>
            <w:tcW w:w="2160" w:type="dxa"/>
          </w:tcPr>
          <w:p w14:paraId="144C45DD" w14:textId="77777777" w:rsidR="00354F16" w:rsidRDefault="00000000">
            <w:r>
              <w:t>NHI (if applicable)</w:t>
            </w:r>
          </w:p>
        </w:tc>
        <w:tc>
          <w:tcPr>
            <w:tcW w:w="2160" w:type="dxa"/>
          </w:tcPr>
          <w:p w14:paraId="4D20E336" w14:textId="77777777" w:rsidR="00354F16" w:rsidRDefault="00354F16"/>
        </w:tc>
      </w:tr>
      <w:tr w:rsidR="00354F16" w14:paraId="40841AB9" w14:textId="77777777">
        <w:tc>
          <w:tcPr>
            <w:tcW w:w="2160" w:type="dxa"/>
          </w:tcPr>
          <w:p w14:paraId="40340A53" w14:textId="77777777" w:rsidR="00354F16" w:rsidRDefault="00000000">
            <w:r>
              <w:t>Reported By</w:t>
            </w:r>
          </w:p>
        </w:tc>
        <w:tc>
          <w:tcPr>
            <w:tcW w:w="2160" w:type="dxa"/>
          </w:tcPr>
          <w:p w14:paraId="277CE2A1" w14:textId="77777777" w:rsidR="00354F16" w:rsidRDefault="00354F16"/>
        </w:tc>
        <w:tc>
          <w:tcPr>
            <w:tcW w:w="2160" w:type="dxa"/>
          </w:tcPr>
          <w:p w14:paraId="7D0F081C" w14:textId="77777777" w:rsidR="00354F16" w:rsidRDefault="00000000">
            <w:r>
              <w:t>Position</w:t>
            </w:r>
          </w:p>
        </w:tc>
        <w:tc>
          <w:tcPr>
            <w:tcW w:w="2160" w:type="dxa"/>
          </w:tcPr>
          <w:p w14:paraId="44B72145" w14:textId="77777777" w:rsidR="00354F16" w:rsidRDefault="00354F16"/>
        </w:tc>
      </w:tr>
      <w:tr w:rsidR="00354F16" w14:paraId="5EDDECBC" w14:textId="77777777">
        <w:tc>
          <w:tcPr>
            <w:tcW w:w="2160" w:type="dxa"/>
          </w:tcPr>
          <w:p w14:paraId="27021010" w14:textId="77777777" w:rsidR="00354F16" w:rsidRDefault="00000000">
            <w:r>
              <w:t>Phone</w:t>
            </w:r>
          </w:p>
        </w:tc>
        <w:tc>
          <w:tcPr>
            <w:tcW w:w="2160" w:type="dxa"/>
          </w:tcPr>
          <w:p w14:paraId="152EFC06" w14:textId="77777777" w:rsidR="00354F16" w:rsidRDefault="00354F16"/>
        </w:tc>
        <w:tc>
          <w:tcPr>
            <w:tcW w:w="2160" w:type="dxa"/>
          </w:tcPr>
          <w:p w14:paraId="46872D39" w14:textId="77777777" w:rsidR="00354F16" w:rsidRDefault="00000000">
            <w:r>
              <w:t>Email</w:t>
            </w:r>
          </w:p>
        </w:tc>
        <w:tc>
          <w:tcPr>
            <w:tcW w:w="2160" w:type="dxa"/>
          </w:tcPr>
          <w:p w14:paraId="4ADEC2A4" w14:textId="77777777" w:rsidR="00354F16" w:rsidRDefault="00354F16"/>
        </w:tc>
      </w:tr>
      <w:tr w:rsidR="00354F16" w14:paraId="3446CDB8" w14:textId="77777777">
        <w:tc>
          <w:tcPr>
            <w:tcW w:w="2160" w:type="dxa"/>
          </w:tcPr>
          <w:p w14:paraId="02CFDC5D" w14:textId="77777777" w:rsidR="00354F16" w:rsidRDefault="00000000">
            <w:r>
              <w:t>Severity</w:t>
            </w:r>
          </w:p>
        </w:tc>
        <w:tc>
          <w:tcPr>
            <w:tcW w:w="2160" w:type="dxa"/>
          </w:tcPr>
          <w:p w14:paraId="7B459D1F" w14:textId="77777777" w:rsidR="00354F16" w:rsidRDefault="00000000">
            <w:r>
              <w:t>☐ Low ☐ Moderate ☐ High ☐ Critical</w:t>
            </w:r>
          </w:p>
        </w:tc>
        <w:tc>
          <w:tcPr>
            <w:tcW w:w="2160" w:type="dxa"/>
          </w:tcPr>
          <w:p w14:paraId="38A99717" w14:textId="77777777" w:rsidR="00354F16" w:rsidRDefault="00000000">
            <w:r>
              <w:t>Incident Type</w:t>
            </w:r>
          </w:p>
        </w:tc>
        <w:tc>
          <w:tcPr>
            <w:tcW w:w="2160" w:type="dxa"/>
          </w:tcPr>
          <w:p w14:paraId="5D161C41" w14:textId="77777777" w:rsidR="00354F16" w:rsidRDefault="00354F16"/>
        </w:tc>
      </w:tr>
    </w:tbl>
    <w:p w14:paraId="1B4ED919" w14:textId="77777777" w:rsidR="00354F16" w:rsidRDefault="00354F16"/>
    <w:p w14:paraId="3AEB51F9" w14:textId="77777777" w:rsidR="00354F16" w:rsidRDefault="00000000">
      <w:r>
        <w:rPr>
          <w:b/>
          <w:sz w:val="26"/>
        </w:rPr>
        <w:t>Incident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5B50CDF4" w14:textId="77777777">
        <w:tc>
          <w:tcPr>
            <w:tcW w:w="8640" w:type="dxa"/>
          </w:tcPr>
          <w:p w14:paraId="70B498A4" w14:textId="77777777" w:rsidR="00354F16" w:rsidRDefault="00354F16"/>
        </w:tc>
      </w:tr>
      <w:tr w:rsidR="00354F16" w14:paraId="1EE933BD" w14:textId="77777777">
        <w:tc>
          <w:tcPr>
            <w:tcW w:w="8640" w:type="dxa"/>
          </w:tcPr>
          <w:p w14:paraId="45F9E594" w14:textId="77777777" w:rsidR="00354F16" w:rsidRDefault="00354F16"/>
        </w:tc>
      </w:tr>
      <w:tr w:rsidR="00354F16" w14:paraId="0C808AAF" w14:textId="77777777">
        <w:tc>
          <w:tcPr>
            <w:tcW w:w="8640" w:type="dxa"/>
          </w:tcPr>
          <w:p w14:paraId="73728C62" w14:textId="77777777" w:rsidR="00354F16" w:rsidRDefault="00354F16"/>
        </w:tc>
      </w:tr>
      <w:tr w:rsidR="00354F16" w14:paraId="6C8B3341" w14:textId="77777777">
        <w:tc>
          <w:tcPr>
            <w:tcW w:w="8640" w:type="dxa"/>
          </w:tcPr>
          <w:p w14:paraId="3A551173" w14:textId="77777777" w:rsidR="00354F16" w:rsidRDefault="00354F16"/>
        </w:tc>
      </w:tr>
      <w:tr w:rsidR="00354F16" w14:paraId="5AD9B56B" w14:textId="77777777">
        <w:tc>
          <w:tcPr>
            <w:tcW w:w="8640" w:type="dxa"/>
          </w:tcPr>
          <w:p w14:paraId="333A3395" w14:textId="77777777" w:rsidR="00354F16" w:rsidRDefault="00354F16"/>
        </w:tc>
      </w:tr>
    </w:tbl>
    <w:p w14:paraId="6D119EFD" w14:textId="77777777" w:rsidR="00354F16" w:rsidRDefault="00354F16"/>
    <w:p w14:paraId="580D36EF" w14:textId="77777777" w:rsidR="00354F16" w:rsidRDefault="00000000">
      <w:r>
        <w:rPr>
          <w:b/>
          <w:sz w:val="26"/>
        </w:rPr>
        <w:t>Immediate Actions Taken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66A8C140" w14:textId="77777777">
        <w:tc>
          <w:tcPr>
            <w:tcW w:w="8640" w:type="dxa"/>
          </w:tcPr>
          <w:p w14:paraId="0E0165BD" w14:textId="77777777" w:rsidR="00354F16" w:rsidRDefault="00354F16"/>
        </w:tc>
      </w:tr>
      <w:tr w:rsidR="00354F16" w14:paraId="78C00597" w14:textId="77777777">
        <w:tc>
          <w:tcPr>
            <w:tcW w:w="8640" w:type="dxa"/>
          </w:tcPr>
          <w:p w14:paraId="730A99ED" w14:textId="77777777" w:rsidR="00354F16" w:rsidRDefault="00354F16"/>
        </w:tc>
      </w:tr>
      <w:tr w:rsidR="00354F16" w14:paraId="0E727A2A" w14:textId="77777777">
        <w:tc>
          <w:tcPr>
            <w:tcW w:w="8640" w:type="dxa"/>
          </w:tcPr>
          <w:p w14:paraId="79A372A7" w14:textId="77777777" w:rsidR="00354F16" w:rsidRDefault="00354F16"/>
        </w:tc>
      </w:tr>
      <w:tr w:rsidR="00354F16" w14:paraId="2682F947" w14:textId="77777777">
        <w:tc>
          <w:tcPr>
            <w:tcW w:w="8640" w:type="dxa"/>
          </w:tcPr>
          <w:p w14:paraId="58C55CB9" w14:textId="77777777" w:rsidR="00354F16" w:rsidRDefault="00354F16"/>
        </w:tc>
      </w:tr>
    </w:tbl>
    <w:p w14:paraId="09A1EAFE" w14:textId="77777777" w:rsidR="00354F16" w:rsidRDefault="00354F16"/>
    <w:p w14:paraId="23C0CFB7" w14:textId="77777777" w:rsidR="00354F16" w:rsidRDefault="00000000">
      <w:r>
        <w:rPr>
          <w:b/>
          <w:sz w:val="26"/>
        </w:rPr>
        <w:t>People Involved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4F039415" w14:textId="77777777">
        <w:tc>
          <w:tcPr>
            <w:tcW w:w="8640" w:type="dxa"/>
          </w:tcPr>
          <w:p w14:paraId="36ED7739" w14:textId="77777777" w:rsidR="00354F16" w:rsidRDefault="00354F16"/>
        </w:tc>
      </w:tr>
      <w:tr w:rsidR="00354F16" w14:paraId="69D5E486" w14:textId="77777777">
        <w:tc>
          <w:tcPr>
            <w:tcW w:w="8640" w:type="dxa"/>
          </w:tcPr>
          <w:p w14:paraId="5754C351" w14:textId="77777777" w:rsidR="00354F16" w:rsidRDefault="00354F16"/>
        </w:tc>
      </w:tr>
      <w:tr w:rsidR="00354F16" w14:paraId="78DA2C89" w14:textId="77777777">
        <w:tc>
          <w:tcPr>
            <w:tcW w:w="8640" w:type="dxa"/>
          </w:tcPr>
          <w:p w14:paraId="4DACCA50" w14:textId="77777777" w:rsidR="00354F16" w:rsidRDefault="00354F16"/>
        </w:tc>
      </w:tr>
    </w:tbl>
    <w:p w14:paraId="64EB7CED" w14:textId="77777777" w:rsidR="00354F16" w:rsidRDefault="00354F16"/>
    <w:p w14:paraId="3924855C" w14:textId="77777777" w:rsidR="00354F16" w:rsidRDefault="00000000">
      <w:r>
        <w:rPr>
          <w:b/>
          <w:sz w:val="26"/>
        </w:rPr>
        <w:t>Witness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785D4E4A" w14:textId="77777777">
        <w:tc>
          <w:tcPr>
            <w:tcW w:w="8640" w:type="dxa"/>
          </w:tcPr>
          <w:p w14:paraId="491CFE87" w14:textId="77777777" w:rsidR="00354F16" w:rsidRDefault="00354F16"/>
        </w:tc>
      </w:tr>
      <w:tr w:rsidR="00354F16" w14:paraId="1DA244D7" w14:textId="77777777">
        <w:tc>
          <w:tcPr>
            <w:tcW w:w="8640" w:type="dxa"/>
          </w:tcPr>
          <w:p w14:paraId="2E917780" w14:textId="77777777" w:rsidR="00354F16" w:rsidRDefault="00354F16"/>
        </w:tc>
      </w:tr>
      <w:tr w:rsidR="00354F16" w14:paraId="745BECFE" w14:textId="77777777">
        <w:tc>
          <w:tcPr>
            <w:tcW w:w="8640" w:type="dxa"/>
          </w:tcPr>
          <w:p w14:paraId="7537AFB0" w14:textId="77777777" w:rsidR="006E4F09" w:rsidRDefault="006E4F09"/>
        </w:tc>
      </w:tr>
    </w:tbl>
    <w:p w14:paraId="059FC86F" w14:textId="77777777" w:rsidR="00354F16" w:rsidRDefault="00354F16"/>
    <w:p w14:paraId="341AC84E" w14:textId="77777777" w:rsidR="006E4F09" w:rsidRDefault="006E4F09"/>
    <w:p w14:paraId="5DD8FD0D" w14:textId="77777777" w:rsidR="00354F16" w:rsidRDefault="00000000">
      <w:r>
        <w:rPr>
          <w:b/>
          <w:sz w:val="26"/>
        </w:rPr>
        <w:lastRenderedPageBreak/>
        <w:t>Injury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46C708ED" w14:textId="77777777">
        <w:tc>
          <w:tcPr>
            <w:tcW w:w="8640" w:type="dxa"/>
          </w:tcPr>
          <w:p w14:paraId="6870B470" w14:textId="77777777" w:rsidR="00354F16" w:rsidRDefault="00354F16"/>
        </w:tc>
      </w:tr>
      <w:tr w:rsidR="00354F16" w14:paraId="22709460" w14:textId="77777777">
        <w:tc>
          <w:tcPr>
            <w:tcW w:w="8640" w:type="dxa"/>
          </w:tcPr>
          <w:p w14:paraId="5CAE3693" w14:textId="77777777" w:rsidR="00354F16" w:rsidRDefault="00354F16"/>
        </w:tc>
      </w:tr>
      <w:tr w:rsidR="00354F16" w14:paraId="0CEBDFB9" w14:textId="77777777">
        <w:tc>
          <w:tcPr>
            <w:tcW w:w="8640" w:type="dxa"/>
          </w:tcPr>
          <w:p w14:paraId="53F8DAB9" w14:textId="77777777" w:rsidR="00354F16" w:rsidRDefault="00354F16"/>
        </w:tc>
      </w:tr>
      <w:tr w:rsidR="00354F16" w14:paraId="254B6060" w14:textId="77777777">
        <w:tc>
          <w:tcPr>
            <w:tcW w:w="8640" w:type="dxa"/>
          </w:tcPr>
          <w:p w14:paraId="4FF280FE" w14:textId="77777777" w:rsidR="00354F16" w:rsidRDefault="00354F16"/>
        </w:tc>
      </w:tr>
    </w:tbl>
    <w:p w14:paraId="57BCFD05" w14:textId="77777777" w:rsidR="00354F16" w:rsidRDefault="00354F16"/>
    <w:p w14:paraId="084380DC" w14:textId="77777777" w:rsidR="00354F16" w:rsidRDefault="00000000">
      <w:r>
        <w:rPr>
          <w:b/>
          <w:sz w:val="26"/>
        </w:rPr>
        <w:t>Contributing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170A3D68" w14:textId="77777777">
        <w:tc>
          <w:tcPr>
            <w:tcW w:w="8640" w:type="dxa"/>
          </w:tcPr>
          <w:p w14:paraId="20B33BCF" w14:textId="77777777" w:rsidR="00354F16" w:rsidRDefault="00354F16"/>
        </w:tc>
      </w:tr>
      <w:tr w:rsidR="00354F16" w14:paraId="52EF60FF" w14:textId="77777777">
        <w:tc>
          <w:tcPr>
            <w:tcW w:w="8640" w:type="dxa"/>
          </w:tcPr>
          <w:p w14:paraId="7EE28403" w14:textId="77777777" w:rsidR="00354F16" w:rsidRDefault="00354F16"/>
        </w:tc>
      </w:tr>
      <w:tr w:rsidR="00354F16" w14:paraId="0BEC26D2" w14:textId="77777777">
        <w:tc>
          <w:tcPr>
            <w:tcW w:w="8640" w:type="dxa"/>
          </w:tcPr>
          <w:p w14:paraId="446904DB" w14:textId="77777777" w:rsidR="00354F16" w:rsidRDefault="00354F16"/>
        </w:tc>
      </w:tr>
    </w:tbl>
    <w:p w14:paraId="7D99F0EB" w14:textId="77777777" w:rsidR="00354F16" w:rsidRDefault="00354F16"/>
    <w:p w14:paraId="15BC7523" w14:textId="77777777" w:rsidR="00354F16" w:rsidRDefault="00000000">
      <w:r>
        <w:rPr>
          <w:b/>
          <w:sz w:val="26"/>
        </w:rPr>
        <w:t>Corrective Actions / Recommendations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1CAF4481" w14:textId="77777777">
        <w:tc>
          <w:tcPr>
            <w:tcW w:w="8640" w:type="dxa"/>
          </w:tcPr>
          <w:p w14:paraId="79E68CAA" w14:textId="77777777" w:rsidR="00354F16" w:rsidRDefault="00354F16"/>
        </w:tc>
      </w:tr>
      <w:tr w:rsidR="00354F16" w14:paraId="606F083D" w14:textId="77777777">
        <w:tc>
          <w:tcPr>
            <w:tcW w:w="8640" w:type="dxa"/>
          </w:tcPr>
          <w:p w14:paraId="0AE3CE53" w14:textId="77777777" w:rsidR="00354F16" w:rsidRDefault="00354F16"/>
        </w:tc>
      </w:tr>
      <w:tr w:rsidR="00354F16" w14:paraId="5F0411F6" w14:textId="77777777">
        <w:tc>
          <w:tcPr>
            <w:tcW w:w="8640" w:type="dxa"/>
          </w:tcPr>
          <w:p w14:paraId="1E9BEDF2" w14:textId="77777777" w:rsidR="00354F16" w:rsidRDefault="00354F16"/>
        </w:tc>
      </w:tr>
      <w:tr w:rsidR="00354F16" w14:paraId="2A81EF18" w14:textId="77777777">
        <w:tc>
          <w:tcPr>
            <w:tcW w:w="8640" w:type="dxa"/>
          </w:tcPr>
          <w:p w14:paraId="3A31FB49" w14:textId="77777777" w:rsidR="00354F16" w:rsidRDefault="00354F16"/>
        </w:tc>
      </w:tr>
      <w:tr w:rsidR="00354F16" w14:paraId="7EEF9715" w14:textId="77777777">
        <w:tc>
          <w:tcPr>
            <w:tcW w:w="8640" w:type="dxa"/>
          </w:tcPr>
          <w:p w14:paraId="55BE41CF" w14:textId="77777777" w:rsidR="00354F16" w:rsidRDefault="00354F16"/>
        </w:tc>
      </w:tr>
    </w:tbl>
    <w:p w14:paraId="48840E9E" w14:textId="77777777" w:rsidR="00354F16" w:rsidRDefault="00354F16"/>
    <w:p w14:paraId="0D31A555" w14:textId="77777777" w:rsidR="00354F16" w:rsidRDefault="00000000">
      <w:r>
        <w:rPr>
          <w:b/>
          <w:sz w:val="26"/>
        </w:rPr>
        <w:t>Manager Investigation &amp; Outcome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354F16" w14:paraId="5A16B6F5" w14:textId="77777777">
        <w:tc>
          <w:tcPr>
            <w:tcW w:w="8640" w:type="dxa"/>
          </w:tcPr>
          <w:p w14:paraId="44A070DD" w14:textId="77777777" w:rsidR="00354F16" w:rsidRDefault="00354F16"/>
        </w:tc>
      </w:tr>
      <w:tr w:rsidR="00354F16" w14:paraId="2614145A" w14:textId="77777777">
        <w:tc>
          <w:tcPr>
            <w:tcW w:w="8640" w:type="dxa"/>
          </w:tcPr>
          <w:p w14:paraId="3475CBB1" w14:textId="77777777" w:rsidR="00354F16" w:rsidRDefault="00354F16"/>
        </w:tc>
      </w:tr>
      <w:tr w:rsidR="00354F16" w14:paraId="7EDF03E1" w14:textId="77777777">
        <w:tc>
          <w:tcPr>
            <w:tcW w:w="8640" w:type="dxa"/>
          </w:tcPr>
          <w:p w14:paraId="6B5D8C5F" w14:textId="77777777" w:rsidR="00354F16" w:rsidRDefault="00354F16"/>
        </w:tc>
      </w:tr>
      <w:tr w:rsidR="00354F16" w14:paraId="6B52F1E5" w14:textId="77777777">
        <w:tc>
          <w:tcPr>
            <w:tcW w:w="8640" w:type="dxa"/>
          </w:tcPr>
          <w:p w14:paraId="4CA4DA2E" w14:textId="77777777" w:rsidR="00354F16" w:rsidRDefault="00354F16"/>
        </w:tc>
      </w:tr>
      <w:tr w:rsidR="00354F16" w14:paraId="50B1F69D" w14:textId="77777777">
        <w:tc>
          <w:tcPr>
            <w:tcW w:w="8640" w:type="dxa"/>
          </w:tcPr>
          <w:p w14:paraId="6816E091" w14:textId="77777777" w:rsidR="00354F16" w:rsidRDefault="00354F16"/>
        </w:tc>
      </w:tr>
    </w:tbl>
    <w:p w14:paraId="564EBA01" w14:textId="77777777" w:rsidR="00354F16" w:rsidRDefault="00354F16"/>
    <w:p w14:paraId="25429174" w14:textId="77777777" w:rsidR="00354F16" w:rsidRDefault="00000000">
      <w:pPr>
        <w:pStyle w:val="Heading2"/>
      </w:pPr>
      <w:r>
        <w:t>Special Incident Categories</w:t>
      </w:r>
    </w:p>
    <w:p w14:paraId="05D2E7DC" w14:textId="77777777" w:rsidR="00354F16" w:rsidRDefault="00000000">
      <w:r>
        <w:t>☐ Medication Error</w:t>
      </w:r>
    </w:p>
    <w:p w14:paraId="071598CD" w14:textId="77777777" w:rsidR="00354F16" w:rsidRDefault="00000000">
      <w:r>
        <w:t>☐ Fall</w:t>
      </w:r>
    </w:p>
    <w:p w14:paraId="62939496" w14:textId="77777777" w:rsidR="00354F16" w:rsidRDefault="00000000">
      <w:r>
        <w:t>☐ Health &amp; Safety Incident</w:t>
      </w:r>
    </w:p>
    <w:p w14:paraId="52B82D76" w14:textId="77777777" w:rsidR="00354F16" w:rsidRDefault="00000000">
      <w:r>
        <w:t>☐ Aggression / Violence</w:t>
      </w:r>
    </w:p>
    <w:p w14:paraId="7EB4E214" w14:textId="77777777" w:rsidR="00354F16" w:rsidRDefault="00000000">
      <w:r>
        <w:t>☐ Privacy Breach</w:t>
      </w:r>
    </w:p>
    <w:p w14:paraId="7C520DC7" w14:textId="77777777" w:rsidR="00354F16" w:rsidRDefault="00000000">
      <w:r>
        <w:t>☐ Vehicle Incident</w:t>
      </w:r>
    </w:p>
    <w:p w14:paraId="72E77683" w14:textId="77777777" w:rsidR="00354F16" w:rsidRDefault="00000000">
      <w:r>
        <w:t>☐ Near Miss</w:t>
      </w:r>
    </w:p>
    <w:p w14:paraId="34BA7D19" w14:textId="77777777" w:rsidR="00354F16" w:rsidRDefault="00000000">
      <w:r>
        <w:lastRenderedPageBreak/>
        <w:t>☐ Property Damage</w:t>
      </w:r>
    </w:p>
    <w:p w14:paraId="715DE525" w14:textId="7369F71A" w:rsidR="00354F16" w:rsidRDefault="006E4F09">
      <w:r>
        <w:t xml:space="preserve">    </w:t>
      </w:r>
      <w:r w:rsidR="00000000">
        <w:t>☐ Other</w:t>
      </w:r>
    </w:p>
    <w:p w14:paraId="3A2CBE11" w14:textId="77777777" w:rsidR="00354F16" w:rsidRDefault="00354F1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54F16" w14:paraId="1D4E6BB9" w14:textId="77777777">
        <w:tc>
          <w:tcPr>
            <w:tcW w:w="2160" w:type="dxa"/>
          </w:tcPr>
          <w:p w14:paraId="6184754E" w14:textId="77777777" w:rsidR="00354F16" w:rsidRDefault="00000000">
            <w:r>
              <w:t>Staff Signature</w:t>
            </w:r>
          </w:p>
        </w:tc>
        <w:tc>
          <w:tcPr>
            <w:tcW w:w="2160" w:type="dxa"/>
          </w:tcPr>
          <w:p w14:paraId="31951717" w14:textId="77777777" w:rsidR="00354F16" w:rsidRDefault="00354F16"/>
        </w:tc>
        <w:tc>
          <w:tcPr>
            <w:tcW w:w="2160" w:type="dxa"/>
          </w:tcPr>
          <w:p w14:paraId="3FA39A75" w14:textId="77777777" w:rsidR="00354F16" w:rsidRDefault="00000000">
            <w:r>
              <w:t>Manager Signature</w:t>
            </w:r>
          </w:p>
        </w:tc>
        <w:tc>
          <w:tcPr>
            <w:tcW w:w="2160" w:type="dxa"/>
          </w:tcPr>
          <w:p w14:paraId="026950D3" w14:textId="77777777" w:rsidR="00354F16" w:rsidRDefault="00354F16"/>
        </w:tc>
      </w:tr>
      <w:tr w:rsidR="00354F16" w14:paraId="4A10ABD4" w14:textId="77777777">
        <w:tc>
          <w:tcPr>
            <w:tcW w:w="2160" w:type="dxa"/>
          </w:tcPr>
          <w:p w14:paraId="64874D1B" w14:textId="77777777" w:rsidR="00354F16" w:rsidRDefault="00354F16"/>
        </w:tc>
        <w:tc>
          <w:tcPr>
            <w:tcW w:w="2160" w:type="dxa"/>
          </w:tcPr>
          <w:p w14:paraId="35A5FECB" w14:textId="77777777" w:rsidR="00354F16" w:rsidRDefault="00354F16"/>
        </w:tc>
        <w:tc>
          <w:tcPr>
            <w:tcW w:w="2160" w:type="dxa"/>
          </w:tcPr>
          <w:p w14:paraId="3C2C807F" w14:textId="77777777" w:rsidR="00354F16" w:rsidRDefault="00354F16"/>
        </w:tc>
        <w:tc>
          <w:tcPr>
            <w:tcW w:w="2160" w:type="dxa"/>
          </w:tcPr>
          <w:p w14:paraId="124A5E4F" w14:textId="77777777" w:rsidR="00354F16" w:rsidRDefault="00354F16"/>
        </w:tc>
      </w:tr>
      <w:tr w:rsidR="00354F16" w14:paraId="62E15BFB" w14:textId="77777777">
        <w:tc>
          <w:tcPr>
            <w:tcW w:w="2160" w:type="dxa"/>
          </w:tcPr>
          <w:p w14:paraId="7C9CC784" w14:textId="77777777" w:rsidR="00354F16" w:rsidRDefault="00000000">
            <w:r>
              <w:t>Date</w:t>
            </w:r>
          </w:p>
        </w:tc>
        <w:tc>
          <w:tcPr>
            <w:tcW w:w="2160" w:type="dxa"/>
          </w:tcPr>
          <w:p w14:paraId="259F1B8D" w14:textId="77777777" w:rsidR="00354F16" w:rsidRDefault="00354F16"/>
        </w:tc>
        <w:tc>
          <w:tcPr>
            <w:tcW w:w="2160" w:type="dxa"/>
          </w:tcPr>
          <w:p w14:paraId="63F0A8CB" w14:textId="77777777" w:rsidR="00354F16" w:rsidRDefault="00000000">
            <w:r>
              <w:t>Date</w:t>
            </w:r>
          </w:p>
        </w:tc>
        <w:tc>
          <w:tcPr>
            <w:tcW w:w="2160" w:type="dxa"/>
          </w:tcPr>
          <w:p w14:paraId="228852E8" w14:textId="77777777" w:rsidR="00354F16" w:rsidRDefault="00354F16"/>
        </w:tc>
      </w:tr>
    </w:tbl>
    <w:p w14:paraId="7A9293E2" w14:textId="77777777" w:rsidR="00354F16" w:rsidRDefault="00354F16"/>
    <w:p w14:paraId="505C2D57" w14:textId="77777777" w:rsidR="006E4F09" w:rsidRDefault="00000000" w:rsidP="006E4F09">
      <w:pPr>
        <w:spacing w:line="360" w:lineRule="atLeast"/>
        <w:rPr>
          <w:rFonts w:ascii="Lucida Grande" w:hAnsi="Lucida Grande" w:cs="Lucida Grande"/>
          <w:sz w:val="24"/>
          <w:szCs w:val="24"/>
          <w:lang w:val="en-GB"/>
        </w:rPr>
      </w:pPr>
      <w:r>
        <w:rPr>
          <w:b/>
        </w:rPr>
        <w:t>Reporting Requirements</w:t>
      </w:r>
      <w:r>
        <w:rPr>
          <w:b/>
        </w:rPr>
        <w:br/>
      </w:r>
      <w:r>
        <w:t>All incidents, near misses, injuries, medication errors, privacy breaches, and health &amp; safety concerns must be reported to KoruCare within 24 hours of occurrence.</w:t>
      </w:r>
      <w:r>
        <w:br/>
      </w:r>
      <w:r>
        <w:br/>
        <w:t xml:space="preserve">Email: </w:t>
      </w:r>
      <w:hyperlink r:id="rId8" w:history="1">
        <w:r w:rsidR="006E4F09">
          <w:rPr>
            <w:rFonts w:ascii="Lucida Grande" w:hAnsi="Lucida Grande" w:cs="Lucida Grande"/>
            <w:color w:val="008BC8"/>
            <w:sz w:val="20"/>
            <w:szCs w:val="20"/>
            <w:u w:val="single" w:color="008BC8"/>
            <w:lang w:val="en-GB"/>
          </w:rPr>
          <w:t xml:space="preserve">info@korucareworkforcesolutions.co.nz </w:t>
        </w:r>
      </w:hyperlink>
    </w:p>
    <w:p w14:paraId="64402DED" w14:textId="63690E73" w:rsidR="00354F16" w:rsidRPr="006E4F09" w:rsidRDefault="006E4F09" w:rsidP="006E4F09">
      <w:pPr>
        <w:spacing w:line="360" w:lineRule="atLeast"/>
        <w:rPr>
          <w:rFonts w:ascii="Lucida Grande" w:eastAsia="Times New Roman" w:hAnsi="Lucida Grande" w:cs="Lucida Grande"/>
          <w:color w:val="000000"/>
          <w:sz w:val="20"/>
          <w:szCs w:val="20"/>
          <w:lang w:val="en-NZ" w:eastAsia="en-GB"/>
        </w:rPr>
      </w:pPr>
      <w:r>
        <w:rPr>
          <w:rFonts w:ascii="Times-Roman" w:hAnsi="Times-Roman" w:cs="Times-Roman"/>
          <w:lang w:val="en-GB"/>
        </w:rPr>
        <w:t>For serious incidents, please contact</w:t>
      </w:r>
      <w:r w:rsidR="00000000">
        <w:t xml:space="preserve"> KoruCare Management immediately.</w:t>
      </w:r>
    </w:p>
    <w:sectPr w:rsidR="00354F16" w:rsidRPr="006E4F09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1975" w14:textId="77777777" w:rsidR="00D72EAC" w:rsidRDefault="00D72EAC" w:rsidP="006E4F09">
      <w:pPr>
        <w:spacing w:after="0" w:line="240" w:lineRule="auto"/>
      </w:pPr>
      <w:r>
        <w:separator/>
      </w:r>
    </w:p>
  </w:endnote>
  <w:endnote w:type="continuationSeparator" w:id="0">
    <w:p w14:paraId="513AAFB5" w14:textId="77777777" w:rsidR="00D72EAC" w:rsidRDefault="00D72EAC" w:rsidP="006E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89D4" w14:textId="77777777" w:rsidR="00D72EAC" w:rsidRDefault="00D72EAC" w:rsidP="006E4F09">
      <w:pPr>
        <w:spacing w:after="0" w:line="240" w:lineRule="auto"/>
      </w:pPr>
      <w:r>
        <w:separator/>
      </w:r>
    </w:p>
  </w:footnote>
  <w:footnote w:type="continuationSeparator" w:id="0">
    <w:p w14:paraId="35EDB733" w14:textId="77777777" w:rsidR="00D72EAC" w:rsidRDefault="00D72EAC" w:rsidP="006E4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4E93" w14:textId="2DEBE693" w:rsidR="006E4F09" w:rsidRDefault="006E4F09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F961AE" wp14:editId="0C7A957C">
          <wp:simplePos x="0" y="0"/>
          <wp:positionH relativeFrom="column">
            <wp:posOffset>-1075877</wp:posOffset>
          </wp:positionH>
          <wp:positionV relativeFrom="paragraph">
            <wp:posOffset>-382249</wp:posOffset>
          </wp:positionV>
          <wp:extent cx="1064260" cy="1064260"/>
          <wp:effectExtent l="0" t="0" r="2540" b="2540"/>
          <wp:wrapSquare wrapText="bothSides"/>
          <wp:docPr id="15730498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049846" name="Picture 157304984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4260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9538711">
    <w:abstractNumId w:val="8"/>
  </w:num>
  <w:num w:numId="2" w16cid:durableId="975984886">
    <w:abstractNumId w:val="6"/>
  </w:num>
  <w:num w:numId="3" w16cid:durableId="1268659863">
    <w:abstractNumId w:val="5"/>
  </w:num>
  <w:num w:numId="4" w16cid:durableId="1951619023">
    <w:abstractNumId w:val="4"/>
  </w:num>
  <w:num w:numId="5" w16cid:durableId="1163476045">
    <w:abstractNumId w:val="7"/>
  </w:num>
  <w:num w:numId="6" w16cid:durableId="2130776180">
    <w:abstractNumId w:val="3"/>
  </w:num>
  <w:num w:numId="7" w16cid:durableId="1346175836">
    <w:abstractNumId w:val="2"/>
  </w:num>
  <w:num w:numId="8" w16cid:durableId="52822195">
    <w:abstractNumId w:val="1"/>
  </w:num>
  <w:num w:numId="9" w16cid:durableId="71350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54F16"/>
    <w:rsid w:val="006E4F09"/>
    <w:rsid w:val="00AA1D8D"/>
    <w:rsid w:val="00B47730"/>
    <w:rsid w:val="00CB0664"/>
    <w:rsid w:val="00D72E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D95F19"/>
  <w14:defaultImageDpi w14:val="300"/>
  <w15:docId w15:val="{A92E751E-D53F-FA47-B163-816CAC25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6E4F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rucareworkforcesolutions.co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Naman Goyal</cp:lastModifiedBy>
  <cp:revision>2</cp:revision>
  <dcterms:created xsi:type="dcterms:W3CDTF">2013-12-23T23:15:00Z</dcterms:created>
  <dcterms:modified xsi:type="dcterms:W3CDTF">2026-07-18T02:23:00Z</dcterms:modified>
  <cp:category/>
</cp:coreProperties>
</file>